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64"/>
        <w:gridCol w:w="6120"/>
      </w:tblGrid>
      <w:tr w:rsidR="003A2289" w14:paraId="2F0FB7BC" w14:textId="77777777">
        <w:trPr>
          <w:jc w:val="center"/>
        </w:trPr>
        <w:tc>
          <w:tcPr>
            <w:tcW w:w="44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A2289" w:rsidRDefault="00DC4522" w14:paraId="4819E06D" w14:textId="0046EEED">
            <w:r w:rsidRPr="00DC4522">
              <w:rPr>
                <w:noProof/>
              </w:rPr>
              <w:drawing>
                <wp:inline distT="0" distB="0" distL="0" distR="0" wp14:anchorId="1FA24944" wp14:editId="2CF64F24">
                  <wp:extent cx="2533650" cy="809625"/>
                  <wp:effectExtent l="0" t="0" r="0" b="9525"/>
                  <wp:docPr id="19816727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  <w:shd w:val="clear" w:color="auto" w:fill="C6EAF8"/>
            <w:tcMar>
              <w:top w:w="65" w:type="dxa"/>
              <w:left w:w="80" w:type="dxa"/>
              <w:bottom w:w="55" w:type="dxa"/>
              <w:right w:w="80" w:type="dxa"/>
            </w:tcMar>
          </w:tcPr>
          <w:p w:rsidR="003A2289" w:rsidRDefault="001C5443" w14:paraId="23C390DD" w14:textId="77777777">
            <w:pPr>
              <w:jc w:val="center"/>
            </w:pPr>
            <w:r>
              <w:rPr>
                <w:b/>
                <w:sz w:val="28"/>
              </w:rPr>
              <w:t>ILP COMPUTER USER</w:t>
            </w:r>
            <w:r>
              <w:rPr>
                <w:b/>
                <w:sz w:val="28"/>
              </w:rPr>
              <w:br/>
            </w:r>
            <w:r>
              <w:rPr>
                <w:b/>
                <w:sz w:val="28"/>
              </w:rPr>
              <w:t>HYBRID ANSWER COVER SHEET</w:t>
            </w:r>
          </w:p>
          <w:p w:rsidR="003A2289" w:rsidRDefault="001C5443" w14:paraId="20992AE8" w14:textId="77777777">
            <w:pPr>
              <w:jc w:val="center"/>
            </w:pPr>
            <w:r>
              <w:rPr>
                <w:b/>
              </w:rPr>
              <w:t>THIS COVER SHEET MUST BE COMPLETED AND SUBMITTED</w:t>
            </w:r>
            <w:r>
              <w:rPr>
                <w:b/>
              </w:rPr>
              <w:br/>
            </w:r>
            <w:r>
              <w:rPr>
                <w:b/>
              </w:rPr>
              <w:t>ON ELE WITH YOUR TYPED SUBMISSION.</w:t>
            </w:r>
          </w:p>
        </w:tc>
      </w:tr>
    </w:tbl>
    <w:p w:rsidR="003A2289" w:rsidRDefault="003A2289" w14:paraId="09087CA5" w14:textId="77777777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976"/>
        <w:gridCol w:w="4608"/>
      </w:tblGrid>
      <w:tr w:rsidR="003A2289" w:rsidTr="3E89BE8C" w14:paraId="4DC53DD1" w14:textId="77777777">
        <w:tc>
          <w:tcPr>
            <w:tcW w:w="5976" w:type="dxa"/>
            <w:tcMar>
              <w:top w:w="0" w:type="dxa"/>
              <w:left w:w="0" w:type="dxa"/>
              <w:bottom w:w="0" w:type="dxa"/>
              <w:right w:w="80" w:type="dxa"/>
            </w:tcMar>
          </w:tcPr>
          <w:p w:rsidRPr="00DC4522" w:rsidR="003A2289" w:rsidRDefault="001C5443" w14:paraId="25A27526" w14:textId="3FD1817F">
            <w:pPr>
              <w:rPr>
                <w:rFonts w:ascii="Outfit" w:hAnsi="Outfit"/>
              </w:rPr>
            </w:pPr>
            <w:r w:rsidRPr="25261EBD">
              <w:rPr>
                <w:rFonts w:ascii="Outfit" w:hAnsi="Outfit"/>
                <w:b/>
                <w:sz w:val="23"/>
                <w:szCs w:val="23"/>
              </w:rPr>
              <w:t>PLEASE WRITE CLEARLY</w:t>
            </w:r>
            <w:r w:rsidRPr="25261EBD" w:rsidR="5C4039BA">
              <w:rPr>
                <w:rFonts w:ascii="Outfit" w:hAnsi="Outfit"/>
                <w:b/>
                <w:bCs/>
                <w:sz w:val="23"/>
                <w:szCs w:val="23"/>
              </w:rPr>
              <w:t>-</w:t>
            </w:r>
            <w:r w:rsidRPr="43981AC9" w:rsidR="5C4039BA">
              <w:rPr>
                <w:rFonts w:ascii="Outfit" w:hAnsi="Outfit"/>
                <w:b/>
                <w:bCs/>
                <w:sz w:val="23"/>
                <w:szCs w:val="23"/>
              </w:rPr>
              <w:t xml:space="preserve"> </w:t>
            </w:r>
            <w:r w:rsidRPr="0EF6B3C5" w:rsidR="5C4039BA">
              <w:rPr>
                <w:rFonts w:ascii="Outfit" w:hAnsi="Outfit"/>
                <w:b/>
                <w:i/>
                <w:sz w:val="20"/>
                <w:szCs w:val="20"/>
                <w:u w:val="single"/>
              </w:rPr>
              <w:t xml:space="preserve">This form needs to be submitted on ELE </w:t>
            </w:r>
            <w:r w:rsidRPr="7371BF93" w:rsidR="5C4039BA">
              <w:rPr>
                <w:rFonts w:ascii="Outfit" w:hAnsi="Outfit"/>
                <w:b/>
                <w:bCs/>
                <w:i/>
                <w:iCs/>
                <w:sz w:val="20"/>
                <w:szCs w:val="20"/>
                <w:u w:val="single"/>
              </w:rPr>
              <w:t xml:space="preserve">within your </w:t>
            </w:r>
            <w:r w:rsidRPr="29C9A198" w:rsidR="5C4039BA">
              <w:rPr>
                <w:rFonts w:ascii="Outfit" w:hAnsi="Outfit"/>
                <w:b/>
                <w:bCs/>
                <w:i/>
                <w:iCs/>
                <w:sz w:val="20"/>
                <w:szCs w:val="20"/>
                <w:u w:val="single"/>
              </w:rPr>
              <w:t>submission point</w:t>
            </w:r>
            <w:r w:rsidRPr="54737841" w:rsidR="5C4039BA">
              <w:rPr>
                <w:rFonts w:ascii="Outfit" w:hAnsi="Outfit"/>
                <w:b/>
                <w:bCs/>
                <w:i/>
                <w:iCs/>
                <w:sz w:val="20"/>
                <w:szCs w:val="20"/>
                <w:u w:val="single"/>
              </w:rPr>
              <w:t xml:space="preserve">.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671"/>
            </w:tblGrid>
            <w:tr w:rsidRPr="00DC4522" w:rsidR="003A2289" w14:paraId="5C685722" w14:textId="77777777">
              <w:tc>
                <w:tcPr>
                  <w:tcW w:w="2088" w:type="dxa"/>
                  <w:vAlign w:val="center"/>
                </w:tcPr>
                <w:p w:rsidRPr="00DC4522" w:rsidR="003A2289" w:rsidRDefault="001C5443" w14:paraId="6474F6EA" w14:textId="77777777">
                  <w:pPr>
                    <w:spacing w:after="0"/>
                    <w:rPr>
                      <w:rFonts w:ascii="Outfit" w:hAnsi="Outfit"/>
                    </w:rPr>
                  </w:pPr>
                  <w:r w:rsidRPr="00DC4522">
                    <w:rPr>
                      <w:rFonts w:ascii="Outfit" w:hAnsi="Outfit"/>
                      <w:b/>
                    </w:rPr>
                    <w:t>STUDENT ID NUMBER:</w:t>
                  </w:r>
                </w:p>
              </w:tc>
              <w:tc>
                <w:tcPr>
                  <w:tcW w:w="3671" w:type="dxa"/>
                  <w:tcBorders>
                    <w:top w:val="single" w:color="888888" w:sz="5" w:space="0"/>
                    <w:left w:val="single" w:color="888888" w:sz="5" w:space="0"/>
                    <w:bottom w:val="single" w:color="888888" w:sz="5" w:space="0"/>
                    <w:right w:val="single" w:color="888888" w:sz="5" w:space="0"/>
                  </w:tcBorders>
                  <w:tcMar>
                    <w:top w:w="50" w:type="dxa"/>
                    <w:left w:w="50" w:type="dxa"/>
                    <w:bottom w:w="50" w:type="dxa"/>
                    <w:right w:w="50" w:type="dxa"/>
                  </w:tcMar>
                </w:tcPr>
                <w:p w:rsidRPr="00DC4522" w:rsidR="003A2289" w:rsidRDefault="003A2289" w14:paraId="76314D1D" w14:textId="77777777">
                  <w:pPr>
                    <w:rPr>
                      <w:rFonts w:ascii="Outfit" w:hAnsi="Outfit"/>
                    </w:rPr>
                  </w:pPr>
                </w:p>
              </w:tc>
            </w:tr>
          </w:tbl>
          <w:p w:rsidRPr="00DC4522" w:rsidR="003A2289" w:rsidRDefault="003A2289" w14:paraId="29E38819" w14:textId="77777777">
            <w:pPr>
              <w:rPr>
                <w:rFonts w:ascii="Outfit" w:hAnsi="Outfit"/>
              </w:rPr>
            </w:pPr>
          </w:p>
          <w:p w:rsidRPr="00DC4522" w:rsidR="003A2289" w:rsidRDefault="001C5443" w14:paraId="18E8EB45" w14:textId="77777777">
            <w:pPr>
              <w:spacing w:after="80"/>
              <w:rPr>
                <w:rFonts w:ascii="Outfit" w:hAnsi="Outfit"/>
              </w:rPr>
            </w:pPr>
            <w:r w:rsidRPr="00DC4522">
              <w:rPr>
                <w:rFonts w:ascii="Outfit" w:hAnsi="Outfit"/>
                <w:sz w:val="14"/>
              </w:rPr>
              <w:t>(Shown on your University ID Card and exam desk card)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671"/>
            </w:tblGrid>
            <w:tr w:rsidRPr="00DC4522" w:rsidR="003A2289" w14:paraId="74D0159B" w14:textId="77777777">
              <w:tc>
                <w:tcPr>
                  <w:tcW w:w="2088" w:type="dxa"/>
                  <w:vAlign w:val="center"/>
                </w:tcPr>
                <w:p w:rsidRPr="00DC4522" w:rsidR="003A2289" w:rsidRDefault="001C5443" w14:paraId="3A9674C8" w14:textId="77777777">
                  <w:pPr>
                    <w:spacing w:after="0"/>
                    <w:rPr>
                      <w:rFonts w:ascii="Outfit" w:hAnsi="Outfit"/>
                    </w:rPr>
                  </w:pPr>
                  <w:r w:rsidRPr="00DC4522">
                    <w:rPr>
                      <w:rFonts w:ascii="Outfit" w:hAnsi="Outfit"/>
                      <w:b/>
                    </w:rPr>
                    <w:t>CANDIDATE NUMBER:</w:t>
                  </w:r>
                </w:p>
              </w:tc>
              <w:tc>
                <w:tcPr>
                  <w:tcW w:w="3671" w:type="dxa"/>
                  <w:tcBorders>
                    <w:top w:val="single" w:color="888888" w:sz="5" w:space="0"/>
                    <w:left w:val="single" w:color="888888" w:sz="5" w:space="0"/>
                    <w:bottom w:val="single" w:color="888888" w:sz="5" w:space="0"/>
                    <w:right w:val="single" w:color="888888" w:sz="5" w:space="0"/>
                  </w:tcBorders>
                  <w:tcMar>
                    <w:top w:w="50" w:type="dxa"/>
                    <w:left w:w="50" w:type="dxa"/>
                    <w:bottom w:w="50" w:type="dxa"/>
                    <w:right w:w="50" w:type="dxa"/>
                  </w:tcMar>
                </w:tcPr>
                <w:p w:rsidRPr="00DC4522" w:rsidR="003A2289" w:rsidRDefault="003A2289" w14:paraId="390AF7C5" w14:textId="77777777">
                  <w:pPr>
                    <w:rPr>
                      <w:rFonts w:ascii="Outfit" w:hAnsi="Outfit"/>
                    </w:rPr>
                  </w:pPr>
                </w:p>
              </w:tc>
            </w:tr>
          </w:tbl>
          <w:p w:rsidRPr="00DC4522" w:rsidR="003A2289" w:rsidRDefault="003A2289" w14:paraId="6DD9E1BA" w14:textId="77777777">
            <w:pPr>
              <w:rPr>
                <w:rFonts w:ascii="Outfit" w:hAnsi="Outfit"/>
              </w:rPr>
            </w:pPr>
          </w:p>
          <w:p w:rsidRPr="00DC4522" w:rsidR="003A2289" w:rsidRDefault="001C5443" w14:paraId="5AB597AD" w14:textId="77777777">
            <w:pPr>
              <w:spacing w:after="80"/>
              <w:rPr>
                <w:rFonts w:ascii="Outfit" w:hAnsi="Outfit"/>
              </w:rPr>
            </w:pPr>
            <w:r w:rsidRPr="00DC4522">
              <w:rPr>
                <w:rFonts w:ascii="Outfit" w:hAnsi="Outfit"/>
                <w:sz w:val="14"/>
              </w:rPr>
              <w:t>(Shown on your exam desk card)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671"/>
            </w:tblGrid>
            <w:tr w:rsidRPr="00DC4522" w:rsidR="003A2289" w14:paraId="0B671793" w14:textId="77777777">
              <w:tc>
                <w:tcPr>
                  <w:tcW w:w="2088" w:type="dxa"/>
                  <w:vAlign w:val="center"/>
                </w:tcPr>
                <w:p w:rsidRPr="00DC4522" w:rsidR="003A2289" w:rsidRDefault="001C5443" w14:paraId="0388B27A" w14:textId="77777777">
                  <w:pPr>
                    <w:spacing w:after="0"/>
                    <w:rPr>
                      <w:rFonts w:ascii="Outfit" w:hAnsi="Outfit"/>
                    </w:rPr>
                  </w:pPr>
                  <w:r w:rsidRPr="00DC4522">
                    <w:rPr>
                      <w:rFonts w:ascii="Outfit" w:hAnsi="Outfit"/>
                      <w:b/>
                    </w:rPr>
                    <w:t>MODULE CODE:</w:t>
                  </w:r>
                </w:p>
              </w:tc>
              <w:tc>
                <w:tcPr>
                  <w:tcW w:w="3671" w:type="dxa"/>
                  <w:tcBorders>
                    <w:top w:val="single" w:color="888888" w:sz="5" w:space="0"/>
                    <w:left w:val="single" w:color="888888" w:sz="5" w:space="0"/>
                    <w:bottom w:val="single" w:color="888888" w:sz="5" w:space="0"/>
                    <w:right w:val="single" w:color="888888" w:sz="5" w:space="0"/>
                  </w:tcBorders>
                  <w:tcMar>
                    <w:top w:w="50" w:type="dxa"/>
                    <w:left w:w="50" w:type="dxa"/>
                    <w:bottom w:w="50" w:type="dxa"/>
                    <w:right w:w="50" w:type="dxa"/>
                  </w:tcMar>
                </w:tcPr>
                <w:p w:rsidRPr="00DC4522" w:rsidR="003A2289" w:rsidRDefault="003A2289" w14:paraId="2E3391A4" w14:textId="77777777">
                  <w:pPr>
                    <w:rPr>
                      <w:rFonts w:ascii="Outfit" w:hAnsi="Outfit"/>
                    </w:rPr>
                  </w:pPr>
                </w:p>
              </w:tc>
            </w:tr>
          </w:tbl>
          <w:p w:rsidRPr="00DC4522" w:rsidR="003A2289" w:rsidRDefault="003A2289" w14:paraId="0D001176" w14:textId="77777777">
            <w:pPr>
              <w:rPr>
                <w:rFonts w:ascii="Outfit" w:hAnsi="Outfit"/>
              </w:rPr>
            </w:pPr>
          </w:p>
          <w:p w:rsidRPr="00DC4522" w:rsidR="003A2289" w:rsidRDefault="003A2289" w14:paraId="56AA920A" w14:textId="77777777">
            <w:pPr>
              <w:spacing w:after="0"/>
              <w:rPr>
                <w:rFonts w:ascii="Outfit" w:hAnsi="Outfit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671"/>
            </w:tblGrid>
            <w:tr w:rsidRPr="00DC4522" w:rsidR="003A2289" w14:paraId="03C20F9F" w14:textId="77777777">
              <w:tc>
                <w:tcPr>
                  <w:tcW w:w="2088" w:type="dxa"/>
                  <w:vAlign w:val="center"/>
                </w:tcPr>
                <w:p w:rsidRPr="00DC4522" w:rsidR="003A2289" w:rsidRDefault="001C5443" w14:paraId="68B16FFC" w14:textId="77777777">
                  <w:pPr>
                    <w:spacing w:after="0"/>
                    <w:rPr>
                      <w:rFonts w:ascii="Outfit" w:hAnsi="Outfit"/>
                    </w:rPr>
                  </w:pPr>
                  <w:r w:rsidRPr="00DC4522">
                    <w:rPr>
                      <w:rFonts w:ascii="Outfit" w:hAnsi="Outfit"/>
                      <w:b/>
                    </w:rPr>
                    <w:t>MODULE TITLE:</w:t>
                  </w:r>
                </w:p>
              </w:tc>
              <w:tc>
                <w:tcPr>
                  <w:tcW w:w="3671" w:type="dxa"/>
                  <w:tcBorders>
                    <w:top w:val="single" w:color="888888" w:sz="5" w:space="0"/>
                    <w:left w:val="single" w:color="888888" w:sz="5" w:space="0"/>
                    <w:bottom w:val="single" w:color="888888" w:sz="5" w:space="0"/>
                    <w:right w:val="single" w:color="888888" w:sz="5" w:space="0"/>
                  </w:tcBorders>
                  <w:tcMar>
                    <w:top w:w="50" w:type="dxa"/>
                    <w:left w:w="50" w:type="dxa"/>
                    <w:bottom w:w="50" w:type="dxa"/>
                    <w:right w:w="50" w:type="dxa"/>
                  </w:tcMar>
                </w:tcPr>
                <w:p w:rsidRPr="00DC4522" w:rsidR="003A2289" w:rsidRDefault="003A2289" w14:paraId="7A21F507" w14:textId="77777777">
                  <w:pPr>
                    <w:rPr>
                      <w:rFonts w:ascii="Outfit" w:hAnsi="Outfit"/>
                    </w:rPr>
                  </w:pPr>
                </w:p>
              </w:tc>
            </w:tr>
          </w:tbl>
          <w:p w:rsidRPr="00DC4522" w:rsidR="003A2289" w:rsidP="38FA5EAC" w:rsidRDefault="003A2289" w14:paraId="123353C3" w14:textId="4742F2FA">
            <w:pPr>
              <w:rPr>
                <w:rFonts w:ascii="Outfit" w:hAnsi="Outfit"/>
              </w:rPr>
            </w:pPr>
          </w:p>
          <w:p w:rsidRPr="00DC4522" w:rsidR="003A2289" w:rsidRDefault="003A2289" w14:paraId="56212226" w14:textId="77777777">
            <w:pPr>
              <w:spacing w:after="0"/>
              <w:rPr>
                <w:rFonts w:ascii="Outfit" w:hAnsi="Outfit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671"/>
            </w:tblGrid>
            <w:tr w:rsidRPr="00DC4522" w:rsidR="003A2289" w:rsidTr="00FF79CB" w14:paraId="20B2EC55" w14:textId="77777777">
              <w:trPr>
                <w:trHeight w:val="300"/>
              </w:trPr>
              <w:tc>
                <w:tcPr>
                  <w:tcW w:w="2088" w:type="dxa"/>
                  <w:vAlign w:val="center"/>
                </w:tcPr>
                <w:p w:rsidRPr="00DC4522" w:rsidR="003A2289" w:rsidRDefault="3073DD27" w14:paraId="5028027E" w14:textId="35748C89">
                  <w:pPr>
                    <w:spacing w:after="0"/>
                    <w:rPr>
                      <w:rFonts w:ascii="Outfit" w:hAnsi="Outfit"/>
                      <w:b/>
                    </w:rPr>
                  </w:pPr>
                  <w:r w:rsidRPr="2810B95B">
                    <w:rPr>
                      <w:rFonts w:ascii="Outfit" w:hAnsi="Outfit"/>
                      <w:b/>
                      <w:bCs/>
                    </w:rPr>
                    <w:t xml:space="preserve">If you </w:t>
                  </w:r>
                  <w:r w:rsidRPr="74880701">
                    <w:rPr>
                      <w:rFonts w:ascii="Outfit" w:hAnsi="Outfit"/>
                      <w:b/>
                      <w:bCs/>
                    </w:rPr>
                    <w:t>ha</w:t>
                  </w:r>
                  <w:r w:rsidRPr="74880701" w:rsidR="66D78C7C">
                    <w:rPr>
                      <w:rFonts w:ascii="Outfit" w:hAnsi="Outfit"/>
                      <w:b/>
                      <w:bCs/>
                    </w:rPr>
                    <w:t>ve ticke</w:t>
                  </w:r>
                  <w:r w:rsidRPr="74880701">
                    <w:rPr>
                      <w:rFonts w:ascii="Outfit" w:hAnsi="Outfit"/>
                      <w:b/>
                      <w:bCs/>
                    </w:rPr>
                    <w:t>d</w:t>
                  </w:r>
                  <w:r w:rsidRPr="5A380D53" w:rsidR="66D78C7C">
                    <w:rPr>
                      <w:rFonts w:ascii="Outfit" w:hAnsi="Outfit"/>
                      <w:b/>
                      <w:bCs/>
                    </w:rPr>
                    <w:t xml:space="preserve"> </w:t>
                  </w:r>
                  <w:r w:rsidRPr="31A172F9" w:rsidR="66D78C7C">
                    <w:rPr>
                      <w:rFonts w:ascii="Outfit" w:hAnsi="Outfit" w:eastAsia="Outfit" w:cs="Outfit"/>
                      <w:b/>
                      <w:szCs w:val="16"/>
                    </w:rPr>
                    <w:t xml:space="preserve">2. </w:t>
                  </w:r>
                  <w:r w:rsidRPr="31A172F9" w:rsidR="66D78C7C">
                    <w:rPr>
                      <w:rFonts w:ascii="Outfit" w:hAnsi="Outfit" w:eastAsia="Outfit" w:cs="Outfit"/>
                      <w:b/>
                      <w:i/>
                      <w:szCs w:val="16"/>
                    </w:rPr>
                    <w:t>Typed and Handwritten"</w:t>
                  </w:r>
                  <w:r w:rsidRPr="31A172F9" w:rsidR="66D78C7C">
                    <w:rPr>
                      <w:rFonts w:ascii="Outfit" w:hAnsi="Outfit" w:eastAsia="Outfit" w:cs="Outfit"/>
                      <w:b/>
                      <w:szCs w:val="16"/>
                    </w:rPr>
                    <w:t xml:space="preserve"> submission, please list the question number(s) you have answered by hand: </w:t>
                  </w:r>
                </w:p>
              </w:tc>
              <w:tc>
                <w:tcPr>
                  <w:tcW w:w="3671" w:type="dxa"/>
                  <w:tcBorders>
                    <w:top w:val="single" w:color="888888" w:sz="5" w:space="0"/>
                    <w:left w:val="single" w:color="888888" w:sz="5" w:space="0"/>
                    <w:bottom w:val="single" w:color="888888" w:sz="5" w:space="0"/>
                    <w:right w:val="single" w:color="888888" w:sz="5" w:space="0"/>
                  </w:tcBorders>
                  <w:tcMar>
                    <w:top w:w="50" w:type="dxa"/>
                    <w:left w:w="50" w:type="dxa"/>
                    <w:bottom w:w="50" w:type="dxa"/>
                    <w:right w:w="50" w:type="dxa"/>
                  </w:tcMar>
                </w:tcPr>
                <w:p w:rsidRPr="00DC4522" w:rsidR="003A2289" w:rsidRDefault="003A2289" w14:paraId="29F46AD3" w14:textId="77777777">
                  <w:pPr>
                    <w:rPr>
                      <w:rFonts w:ascii="Outfit" w:hAnsi="Outfit"/>
                    </w:rPr>
                  </w:pPr>
                </w:p>
              </w:tc>
            </w:tr>
          </w:tbl>
          <w:p w:rsidRPr="00DC4522" w:rsidR="003A2289" w:rsidRDefault="003A2289" w14:paraId="0B213DE4" w14:textId="77777777">
            <w:pPr>
              <w:rPr>
                <w:rFonts w:ascii="Outfit" w:hAnsi="Outfit"/>
              </w:rPr>
            </w:pPr>
          </w:p>
          <w:p w:rsidRPr="00DC4522" w:rsidR="003A2289" w:rsidRDefault="003A2289" w14:paraId="15501279" w14:textId="77777777">
            <w:pPr>
              <w:spacing w:after="0"/>
              <w:rPr>
                <w:rFonts w:ascii="Outfit" w:hAnsi="Outfit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76"/>
            </w:tblGrid>
            <w:tr w:rsidRPr="00DC4522" w:rsidR="003A2289" w14:paraId="4F3C80D3" w14:textId="77777777">
              <w:tc>
                <w:tcPr>
                  <w:tcW w:w="5976" w:type="dxa"/>
                  <w:shd w:val="clear" w:color="auto" w:fill="C6EAF8"/>
                  <w:tcMar>
                    <w:top w:w="50" w:type="dxa"/>
                    <w:left w:w="70" w:type="dxa"/>
                    <w:bottom w:w="50" w:type="dxa"/>
                    <w:right w:w="70" w:type="dxa"/>
                  </w:tcMar>
                </w:tcPr>
                <w:p w:rsidRPr="00DC4522" w:rsidR="003A2289" w:rsidRDefault="001C5443" w14:paraId="3BE159BD" w14:textId="77777777">
                  <w:pPr>
                    <w:rPr>
                      <w:rFonts w:ascii="Outfit" w:hAnsi="Outfit"/>
                    </w:rPr>
                  </w:pPr>
                  <w:r w:rsidRPr="00DC4522">
                    <w:rPr>
                      <w:rFonts w:ascii="Outfit" w:hAnsi="Outfit"/>
                      <w:b/>
                      <w:sz w:val="21"/>
                    </w:rPr>
                    <w:t>DIRECTIONS TO CANDIDATES</w:t>
                  </w:r>
                </w:p>
              </w:tc>
            </w:tr>
          </w:tbl>
          <w:p w:rsidRPr="00DC4522" w:rsidR="003A2289" w:rsidRDefault="003A2289" w14:paraId="5F26FE56" w14:textId="77777777">
            <w:pPr>
              <w:rPr>
                <w:rFonts w:ascii="Outfit" w:hAnsi="Outfit"/>
              </w:rPr>
            </w:pPr>
          </w:p>
          <w:p w:rsidRPr="00DC4522" w:rsidR="003A2289" w:rsidRDefault="001C5443" w14:paraId="75F8015B" w14:textId="77777777">
            <w:pPr>
              <w:spacing w:after="0"/>
              <w:ind w:left="115" w:hanging="29"/>
              <w:rPr>
                <w:rFonts w:ascii="Outfit" w:hAnsi="Outfit"/>
              </w:rPr>
            </w:pPr>
            <w:r w:rsidRPr="00DC4522">
              <w:rPr>
                <w:rFonts w:ascii="Outfit" w:hAnsi="Outfit"/>
                <w:sz w:val="13"/>
              </w:rPr>
              <w:t>1.   Complete all relevant sections of this cover sheet.</w:t>
            </w:r>
          </w:p>
          <w:p w:rsidRPr="00DC4522" w:rsidR="003A2289" w:rsidRDefault="001C5443" w14:paraId="4658F146" w14:textId="77777777">
            <w:pPr>
              <w:spacing w:after="0"/>
              <w:ind w:left="115" w:hanging="29"/>
              <w:rPr>
                <w:rFonts w:ascii="Outfit" w:hAnsi="Outfit"/>
              </w:rPr>
            </w:pPr>
            <w:r w:rsidRPr="00DC4522">
              <w:rPr>
                <w:rFonts w:ascii="Outfit" w:hAnsi="Outfit"/>
                <w:sz w:val="13"/>
              </w:rPr>
              <w:t>2.   Tick one option on the right to indicate how you have completed your exam.</w:t>
            </w:r>
          </w:p>
          <w:p w:rsidRPr="00DC4522" w:rsidR="003A2289" w:rsidRDefault="001C5443" w14:paraId="5D2CF5F3" w14:textId="55CE74F7">
            <w:pPr>
              <w:spacing w:after="0"/>
              <w:ind w:left="115" w:hanging="29"/>
              <w:rPr>
                <w:rFonts w:ascii="Outfit" w:hAnsi="Outfit"/>
                <w:sz w:val="13"/>
                <w:szCs w:val="13"/>
              </w:rPr>
            </w:pPr>
            <w:r w:rsidRPr="1BA5D70D">
              <w:rPr>
                <w:rFonts w:ascii="Outfit" w:hAnsi="Outfit"/>
                <w:sz w:val="13"/>
                <w:szCs w:val="13"/>
              </w:rPr>
              <w:t>3.   If you have handwritten answers, submit your handwritten script to the invigilator</w:t>
            </w:r>
            <w:r w:rsidRPr="1BA5D70D" w:rsidR="6B20482C">
              <w:rPr>
                <w:rFonts w:ascii="Outfit" w:hAnsi="Outfit"/>
                <w:sz w:val="13"/>
                <w:szCs w:val="13"/>
              </w:rPr>
              <w:t xml:space="preserve"> </w:t>
            </w:r>
            <w:r w:rsidRPr="416E9A23" w:rsidR="6B20482C">
              <w:rPr>
                <w:rFonts w:ascii="Outfit" w:hAnsi="Outfit"/>
                <w:sz w:val="13"/>
                <w:szCs w:val="13"/>
              </w:rPr>
              <w:t xml:space="preserve">and </w:t>
            </w:r>
            <w:r w:rsidRPr="7B7F171F" w:rsidR="6B20482C">
              <w:rPr>
                <w:rFonts w:ascii="Outfit" w:hAnsi="Outfit"/>
                <w:sz w:val="13"/>
                <w:szCs w:val="13"/>
              </w:rPr>
              <w:t>submit this form</w:t>
            </w:r>
            <w:r w:rsidRPr="229FD8AC" w:rsidR="6B20482C">
              <w:rPr>
                <w:rFonts w:ascii="Outfit" w:hAnsi="Outfit"/>
                <w:sz w:val="13"/>
                <w:szCs w:val="13"/>
              </w:rPr>
              <w:t xml:space="preserve"> </w:t>
            </w:r>
            <w:r w:rsidR="00B06191">
              <w:rPr>
                <w:rFonts w:ascii="Outfit" w:hAnsi="Outfit"/>
                <w:sz w:val="13"/>
                <w:szCs w:val="13"/>
              </w:rPr>
              <w:t>to</w:t>
            </w:r>
            <w:r w:rsidRPr="40F939FF" w:rsidR="6B20482C">
              <w:rPr>
                <w:rFonts w:ascii="Outfit" w:hAnsi="Outfit"/>
                <w:sz w:val="13"/>
                <w:szCs w:val="13"/>
              </w:rPr>
              <w:t xml:space="preserve"> your ELE </w:t>
            </w:r>
            <w:r w:rsidRPr="1CE90199" w:rsidR="6B20482C">
              <w:rPr>
                <w:rFonts w:ascii="Outfit" w:hAnsi="Outfit"/>
                <w:sz w:val="13"/>
                <w:szCs w:val="13"/>
              </w:rPr>
              <w:t xml:space="preserve">submission </w:t>
            </w:r>
            <w:r w:rsidRPr="5E3B4589" w:rsidR="6B20482C">
              <w:rPr>
                <w:rFonts w:ascii="Outfit" w:hAnsi="Outfit"/>
                <w:sz w:val="13"/>
                <w:szCs w:val="13"/>
              </w:rPr>
              <w:t>point</w:t>
            </w:r>
            <w:r w:rsidRPr="5E3B4589">
              <w:rPr>
                <w:rFonts w:ascii="Outfit" w:hAnsi="Outfit"/>
                <w:sz w:val="13"/>
                <w:szCs w:val="13"/>
              </w:rPr>
              <w:t>.</w:t>
            </w:r>
          </w:p>
          <w:p w:rsidRPr="00DC4522" w:rsidR="003A2289" w:rsidRDefault="001C5443" w14:paraId="20E45E38" w14:textId="4A5B1B1B">
            <w:pPr>
              <w:spacing w:after="0"/>
              <w:ind w:left="115" w:hanging="29"/>
              <w:rPr>
                <w:rFonts w:ascii="Outfit" w:hAnsi="Outfit"/>
              </w:rPr>
            </w:pPr>
            <w:r w:rsidRPr="50E31941">
              <w:rPr>
                <w:rFonts w:ascii="Outfit" w:hAnsi="Outfit"/>
                <w:sz w:val="13"/>
                <w:szCs w:val="13"/>
              </w:rPr>
              <w:t>4.   If you have typed answers, you must submit them through ELE</w:t>
            </w:r>
            <w:r w:rsidRPr="50E31941" w:rsidR="723F94C3">
              <w:rPr>
                <w:rFonts w:ascii="Outfit" w:hAnsi="Outfit"/>
                <w:sz w:val="13"/>
                <w:szCs w:val="13"/>
              </w:rPr>
              <w:t xml:space="preserve"> along with this front cover sheet</w:t>
            </w:r>
            <w:r w:rsidRPr="50E31941">
              <w:rPr>
                <w:rFonts w:ascii="Outfit" w:hAnsi="Outfit"/>
                <w:sz w:val="13"/>
                <w:szCs w:val="13"/>
              </w:rPr>
              <w:t>.</w:t>
            </w:r>
          </w:p>
          <w:p w:rsidRPr="00DC4522" w:rsidR="003A2289" w:rsidRDefault="001C5443" w14:paraId="73FF563E" w14:textId="17A8F0F8">
            <w:pPr>
              <w:spacing w:after="0"/>
              <w:ind w:left="115" w:hanging="29"/>
              <w:rPr>
                <w:rFonts w:ascii="Outfit" w:hAnsi="Outfit"/>
              </w:rPr>
            </w:pPr>
            <w:r w:rsidRPr="2906BCA7">
              <w:rPr>
                <w:rFonts w:ascii="Outfit" w:hAnsi="Outfit"/>
                <w:sz w:val="13"/>
                <w:szCs w:val="13"/>
              </w:rPr>
              <w:t xml:space="preserve">5.   If you have both typed and handwritten answers, submit your typed answers through ELE </w:t>
            </w:r>
            <w:r w:rsidRPr="04C17905" w:rsidR="74CAF998">
              <w:rPr>
                <w:rFonts w:ascii="Outfit" w:hAnsi="Outfit"/>
                <w:sz w:val="13"/>
                <w:szCs w:val="13"/>
              </w:rPr>
              <w:t xml:space="preserve">along with </w:t>
            </w:r>
            <w:r w:rsidRPr="50234481" w:rsidR="74CAF998">
              <w:rPr>
                <w:rFonts w:ascii="Outfit" w:hAnsi="Outfit"/>
                <w:sz w:val="13"/>
                <w:szCs w:val="13"/>
              </w:rPr>
              <w:t xml:space="preserve">this front cover </w:t>
            </w:r>
            <w:r w:rsidRPr="3510F467" w:rsidR="74CAF998">
              <w:rPr>
                <w:rFonts w:ascii="Outfit" w:hAnsi="Outfit"/>
                <w:sz w:val="13"/>
                <w:szCs w:val="13"/>
              </w:rPr>
              <w:t xml:space="preserve">sheet </w:t>
            </w:r>
            <w:r w:rsidRPr="3510F467">
              <w:rPr>
                <w:rFonts w:ascii="Outfit" w:hAnsi="Outfit"/>
                <w:sz w:val="13"/>
                <w:szCs w:val="13"/>
              </w:rPr>
              <w:t>and</w:t>
            </w:r>
            <w:r w:rsidRPr="2906BCA7">
              <w:rPr>
                <w:rFonts w:ascii="Outfit" w:hAnsi="Outfit"/>
                <w:sz w:val="13"/>
                <w:szCs w:val="13"/>
              </w:rPr>
              <w:t xml:space="preserve"> your handwritten script to the invigilator.</w:t>
            </w:r>
          </w:p>
          <w:p w:rsidRPr="00DC4522" w:rsidR="003A2289" w:rsidRDefault="001C5443" w14:paraId="259C88CD" w14:textId="77777777">
            <w:pPr>
              <w:spacing w:after="0"/>
              <w:ind w:left="115" w:hanging="29"/>
              <w:rPr>
                <w:rFonts w:ascii="Outfit" w:hAnsi="Outfit"/>
              </w:rPr>
            </w:pPr>
            <w:r w:rsidRPr="00DC4522">
              <w:rPr>
                <w:rFonts w:ascii="Outfit" w:hAnsi="Outfit"/>
                <w:sz w:val="13"/>
              </w:rPr>
              <w:t>6.   Cross out any rough work.</w:t>
            </w:r>
          </w:p>
          <w:p w:rsidRPr="00DC4522" w:rsidR="003A2289" w:rsidRDefault="001C5443" w14:paraId="0138F91E" w14:textId="77777777">
            <w:pPr>
              <w:spacing w:after="0"/>
              <w:ind w:left="115" w:hanging="29"/>
              <w:rPr>
                <w:rFonts w:ascii="Outfit" w:hAnsi="Outfit"/>
              </w:rPr>
            </w:pPr>
            <w:r w:rsidRPr="00DC4522">
              <w:rPr>
                <w:rFonts w:ascii="Outfit" w:hAnsi="Outfit"/>
                <w:sz w:val="13"/>
              </w:rPr>
              <w:t>7.   Any additional material used (e.g. graph paper, diagrams) must be securely attached to your handwritten script.</w:t>
            </w:r>
          </w:p>
          <w:p w:rsidRPr="00DC4522" w:rsidR="003A2289" w:rsidRDefault="001C5443" w14:paraId="01B9A2CF" w14:textId="77777777">
            <w:pPr>
              <w:spacing w:after="0"/>
              <w:ind w:left="115" w:hanging="29"/>
              <w:rPr>
                <w:rFonts w:ascii="Outfit" w:hAnsi="Outfit"/>
              </w:rPr>
            </w:pPr>
            <w:r w:rsidRPr="00DC4522">
              <w:rPr>
                <w:rFonts w:ascii="Outfit" w:hAnsi="Outfit"/>
                <w:sz w:val="13"/>
              </w:rPr>
              <w:t>8.   Answer books may not be removed from the exam hall.</w:t>
            </w:r>
          </w:p>
          <w:p w:rsidRPr="00DC4522" w:rsidR="003A2289" w:rsidRDefault="003A2289" w14:paraId="49A78770" w14:textId="77777777">
            <w:pPr>
              <w:spacing w:after="0"/>
              <w:rPr>
                <w:rFonts w:ascii="Outfit" w:hAnsi="Outfit"/>
              </w:rPr>
            </w:pPr>
          </w:p>
          <w:tbl>
            <w:tblPr>
              <w:tblW w:w="0" w:type="auto"/>
              <w:tblBorders>
                <w:top w:val="single" w:color="5D858A" w:sz="7" w:space="0"/>
                <w:left w:val="single" w:color="5D858A" w:sz="7" w:space="0"/>
                <w:bottom w:val="single" w:color="5D858A" w:sz="7" w:space="0"/>
                <w:right w:val="single" w:color="5D858A" w:sz="7" w:space="0"/>
                <w:insideH w:val="single" w:color="5D858A" w:sz="7" w:space="0"/>
                <w:insideV w:val="single" w:color="5D858A" w:sz="7" w:space="0"/>
              </w:tblBorders>
              <w:tblLook w:val="04A0" w:firstRow="1" w:lastRow="0" w:firstColumn="1" w:lastColumn="0" w:noHBand="0" w:noVBand="1"/>
            </w:tblPr>
            <w:tblGrid>
              <w:gridCol w:w="5976"/>
            </w:tblGrid>
            <w:tr w:rsidRPr="00DC4522" w:rsidR="003A2289" w:rsidTr="27577417" w14:paraId="6FD49783" w14:textId="77777777">
              <w:tc>
                <w:tcPr>
                  <w:tcW w:w="5976" w:type="dxa"/>
                  <w:tcMar>
                    <w:top w:w="55" w:type="dxa"/>
                    <w:left w:w="70" w:type="dxa"/>
                    <w:bottom w:w="55" w:type="dxa"/>
                    <w:right w:w="70" w:type="dxa"/>
                  </w:tcMar>
                </w:tcPr>
                <w:p w:rsidRPr="00DC4522" w:rsidR="003A2289" w:rsidP="27577417" w:rsidRDefault="634868BC" w14:paraId="3B03A76B" w14:textId="74DB0A22">
                  <w:pPr>
                    <w:rPr>
                      <w:rFonts w:ascii="Outfit" w:hAnsi="Outfit"/>
                      <w:sz w:val="14"/>
                      <w:szCs w:val="14"/>
                    </w:rPr>
                  </w:pPr>
                  <w:r w:rsidRPr="27577417">
                    <w:rPr>
                      <w:rFonts w:ascii="Outfit" w:hAnsi="Outfit"/>
                      <w:sz w:val="14"/>
                      <w:szCs w:val="14"/>
                    </w:rPr>
                    <w:t xml:space="preserve">I confirm that I have read and understood the </w:t>
                  </w:r>
                  <w:r w:rsidRPr="27577417" w:rsidR="11048193">
                    <w:rPr>
                      <w:rFonts w:ascii="Outfit" w:hAnsi="Outfit"/>
                      <w:sz w:val="14"/>
                      <w:szCs w:val="14"/>
                    </w:rPr>
                    <w:t>Directions to</w:t>
                  </w:r>
                  <w:r w:rsidRPr="27577417">
                    <w:rPr>
                      <w:rFonts w:ascii="Outfit" w:hAnsi="Outfit"/>
                      <w:sz w:val="14"/>
                      <w:szCs w:val="14"/>
                    </w:rPr>
                    <w:t xml:space="preserve"> Candidates information.</w:t>
                  </w:r>
                </w:p>
                <w:tbl>
                  <w:tblPr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80"/>
                    <w:gridCol w:w="4104"/>
                  </w:tblGrid>
                  <w:tr w:rsidRPr="00DC4522" w:rsidR="003A2289" w14:paraId="62FCC739" w14:textId="77777777">
                    <w:tc>
                      <w:tcPr>
                        <w:tcW w:w="1080" w:type="dxa"/>
                      </w:tcPr>
                      <w:p w:rsidRPr="00DC4522" w:rsidR="003A2289" w:rsidRDefault="001C5443" w14:paraId="163A894B" w14:textId="77777777">
                        <w:pPr>
                          <w:rPr>
                            <w:rFonts w:ascii="Outfit" w:hAnsi="Outfit"/>
                          </w:rPr>
                        </w:pPr>
                        <w:r w:rsidRPr="00DC4522">
                          <w:rPr>
                            <w:rFonts w:ascii="Outfit" w:hAnsi="Outfit"/>
                            <w:b/>
                            <w:sz w:val="15"/>
                          </w:rPr>
                          <w:t>Date:</w:t>
                        </w:r>
                      </w:p>
                    </w:tc>
                    <w:tc>
                      <w:tcPr>
                        <w:tcW w:w="4104" w:type="dxa"/>
                        <w:tcBorders>
                          <w:top w:val="single" w:color="888888" w:sz="5" w:space="0"/>
                          <w:left w:val="single" w:color="888888" w:sz="5" w:space="0"/>
                          <w:bottom w:val="single" w:color="888888" w:sz="5" w:space="0"/>
                          <w:right w:val="single" w:color="888888" w:sz="5" w:space="0"/>
                        </w:tcBorders>
                        <w:tcMar>
                          <w:top w:w="40" w:type="dxa"/>
                          <w:left w:w="30" w:type="dxa"/>
                          <w:bottom w:w="40" w:type="dxa"/>
                          <w:right w:w="30" w:type="dxa"/>
                        </w:tcMar>
                      </w:tcPr>
                      <w:p w:rsidRPr="00DC4522" w:rsidR="003A2289" w:rsidRDefault="003A2289" w14:paraId="5EB1B86B" w14:textId="77777777">
                        <w:pPr>
                          <w:rPr>
                            <w:rFonts w:ascii="Outfit" w:hAnsi="Outfit"/>
                          </w:rPr>
                        </w:pPr>
                      </w:p>
                    </w:tc>
                  </w:tr>
                </w:tbl>
                <w:p w:rsidRPr="00DC4522" w:rsidR="003A2289" w:rsidRDefault="003A2289" w14:paraId="1673B432" w14:textId="77777777">
                  <w:pPr>
                    <w:rPr>
                      <w:rFonts w:ascii="Outfit" w:hAnsi="Outfit"/>
                    </w:rPr>
                  </w:pPr>
                </w:p>
              </w:tc>
            </w:tr>
          </w:tbl>
          <w:p w:rsidRPr="00DC4522" w:rsidR="003A2289" w:rsidRDefault="003A2289" w14:paraId="49C56304" w14:textId="77777777">
            <w:pPr>
              <w:rPr>
                <w:rFonts w:ascii="Outfit" w:hAnsi="Outfit"/>
              </w:rPr>
            </w:pPr>
          </w:p>
        </w:tc>
        <w:tc>
          <w:tcPr>
            <w:tcW w:w="4608" w:type="dxa"/>
            <w:tcMar>
              <w:top w:w="0" w:type="dxa"/>
              <w:left w:w="80" w:type="dxa"/>
              <w:bottom w:w="0" w:type="dxa"/>
              <w:right w:w="0" w:type="dxa"/>
            </w:tcMar>
          </w:tcPr>
          <w:p w:rsidRPr="00DC4522" w:rsidR="003A2289" w:rsidRDefault="003A2289" w14:paraId="347475FB" w14:textId="77777777">
            <w:pPr>
              <w:rPr>
                <w:rFonts w:ascii="Outfit" w:hAnsi="Outfit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08"/>
            </w:tblGrid>
            <w:tr w:rsidRPr="00DC4522" w:rsidR="003A2289" w14:paraId="6F92E7B4" w14:textId="77777777">
              <w:tc>
                <w:tcPr>
                  <w:tcW w:w="4608" w:type="dxa"/>
                  <w:shd w:val="clear" w:color="auto" w:fill="C6EAF8"/>
                  <w:tcMar>
                    <w:top w:w="50" w:type="dxa"/>
                    <w:left w:w="70" w:type="dxa"/>
                    <w:bottom w:w="50" w:type="dxa"/>
                    <w:right w:w="70" w:type="dxa"/>
                  </w:tcMar>
                </w:tcPr>
                <w:p w:rsidRPr="00DC4522" w:rsidR="003A2289" w:rsidRDefault="001C5443" w14:paraId="72DEFCBE" w14:textId="77777777">
                  <w:pPr>
                    <w:rPr>
                      <w:rFonts w:ascii="Outfit" w:hAnsi="Outfit"/>
                    </w:rPr>
                  </w:pPr>
                  <w:r w:rsidRPr="00DC4522">
                    <w:rPr>
                      <w:rFonts w:ascii="Outfit" w:hAnsi="Outfit"/>
                      <w:b/>
                      <w:sz w:val="21"/>
                    </w:rPr>
                    <w:t>HOW HAVE YOU COMPLETED</w:t>
                  </w:r>
                  <w:r w:rsidRPr="00DC4522">
                    <w:rPr>
                      <w:rFonts w:ascii="Outfit" w:hAnsi="Outfit"/>
                      <w:b/>
                      <w:sz w:val="21"/>
                    </w:rPr>
                    <w:br/>
                  </w:r>
                  <w:r w:rsidRPr="00DC4522">
                    <w:rPr>
                      <w:rFonts w:ascii="Outfit" w:hAnsi="Outfit"/>
                      <w:b/>
                      <w:sz w:val="21"/>
                    </w:rPr>
                    <w:t>YOUR EXAM?</w:t>
                  </w:r>
                </w:p>
              </w:tc>
            </w:tr>
          </w:tbl>
          <w:p w:rsidRPr="00DC4522" w:rsidR="003A2289" w:rsidRDefault="001C5443" w14:paraId="4B096070" w14:textId="77777777">
            <w:pPr>
              <w:spacing w:after="60"/>
              <w:rPr>
                <w:rFonts w:ascii="Outfit" w:hAnsi="Outfit"/>
              </w:rPr>
            </w:pPr>
            <w:r w:rsidRPr="00DC4522">
              <w:rPr>
                <w:rFonts w:ascii="Outfit" w:hAnsi="Outfit"/>
                <w:b/>
              </w:rPr>
              <w:t>Please tick ONE option only.</w:t>
            </w:r>
          </w:p>
          <w:tbl>
            <w:tblPr>
              <w:tblW w:w="0" w:type="auto"/>
              <w:tblBorders>
                <w:top w:val="single" w:color="5D858A" w:sz="7" w:space="0"/>
                <w:left w:val="single" w:color="5D858A" w:sz="7" w:space="0"/>
                <w:bottom w:val="single" w:color="5D858A" w:sz="7" w:space="0"/>
                <w:right w:val="single" w:color="5D858A" w:sz="7" w:space="0"/>
                <w:insideH w:val="single" w:color="5D858A" w:sz="7" w:space="0"/>
                <w:insideV w:val="single" w:color="5D858A" w:sz="7" w:space="0"/>
              </w:tblBorders>
              <w:tblLook w:val="04A0" w:firstRow="1" w:lastRow="0" w:firstColumn="1" w:lastColumn="0" w:noHBand="0" w:noVBand="1"/>
            </w:tblPr>
            <w:tblGrid>
              <w:gridCol w:w="4608"/>
            </w:tblGrid>
            <w:tr w:rsidRPr="00DC4522" w:rsidR="003A2289" w:rsidTr="3E89BE8C" w14:paraId="773080CE" w14:textId="77777777">
              <w:tc>
                <w:tcPr>
                  <w:tcW w:w="460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Pr="00DC4522" w:rsidR="003A2289" w:rsidRDefault="003A2289" w14:paraId="41C57FAE" w14:textId="77777777">
                  <w:pPr>
                    <w:rPr>
                      <w:rFonts w:ascii="Outfit" w:hAnsi="Outfit"/>
                    </w:rPr>
                  </w:pPr>
                </w:p>
                <w:tbl>
                  <w:tblPr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91"/>
                    <w:gridCol w:w="3571"/>
                  </w:tblGrid>
                  <w:tr w:rsidRPr="00DC4522" w:rsidR="003A2289" w:rsidTr="3E89BE8C" w14:paraId="58F35888" w14:textId="77777777">
                    <w:tc>
                      <w:tcPr>
                        <w:tcW w:w="691" w:type="dxa"/>
                        <w:tcMar/>
                      </w:tcPr>
                      <w:sdt>
                        <w:sdtPr>
                          <w:rPr>
                            <w:rFonts w:ascii="Segoe UI Symbol" w:hAnsi="Segoe UI Symbol" w:cs="Segoe UI Symbol"/>
                            <w:sz w:val="38"/>
                            <w:szCs w:val="38"/>
                          </w:rPr>
                          <w:id w:val="-155699958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p w:rsidRPr="00DC4522" w:rsidR="003A2289" w:rsidRDefault="482643D3" w14:paraId="50C00BA1" w14:textId="7DA5B259">
                            <w:pPr>
                              <w:jc w:val="center"/>
                              <w:rPr>
                                <w:rFonts w:ascii="Outfit" w:hAnsi="Outfit"/>
                              </w:rPr>
                            </w:pPr>
                            <w:r w:rsidRPr="3E89BE8C" w:rsidR="4AD7D267">
                              <w:rPr>
                                <w:rFonts w:ascii="MS Gothic" w:hAnsi="MS Gothic" w:eastAsia="MS Gothic" w:cs="MS Gothic"/>
                                <w:sz w:val="38"/>
                                <w:szCs w:val="38"/>
                              </w:rPr>
                              <w:t>☐</w:t>
                            </w:r>
                          </w:p>
                        </w:sdtContent>
                        <w:sdtEndPr>
                          <w:rPr>
                            <w:rFonts w:ascii="Segoe UI Symbol" w:hAnsi="Segoe UI Symbol" w:cs="Segoe UI Symbol"/>
                            <w:sz w:val="38"/>
                            <w:szCs w:val="38"/>
                          </w:rPr>
                        </w:sdtEndPr>
                      </w:sdt>
                    </w:tc>
                    <w:tc>
                      <w:tcPr>
                        <w:tcW w:w="3571" w:type="dxa"/>
                        <w:shd w:val="clear" w:color="auto" w:fill="C6EAF8"/>
                        <w:tcMar>
                          <w:top w:w="50" w:type="dxa"/>
                          <w:left w:w="65" w:type="dxa"/>
                          <w:bottom w:w="50" w:type="dxa"/>
                          <w:right w:w="65" w:type="dxa"/>
                        </w:tcMar>
                      </w:tcPr>
                      <w:p w:rsidRPr="00DC4522" w:rsidR="003A2289" w:rsidRDefault="001C5443" w14:paraId="728AFC06" w14:textId="77777777">
                        <w:pPr>
                          <w:rPr>
                            <w:rFonts w:ascii="Outfit" w:hAnsi="Outfit"/>
                          </w:rPr>
                        </w:pPr>
                        <w:r w:rsidRPr="00DC4522">
                          <w:rPr>
                            <w:rFonts w:ascii="Outfit" w:hAnsi="Outfit"/>
                            <w:b/>
                            <w:sz w:val="19"/>
                          </w:rPr>
                          <w:t>1. TYPED ONLY</w:t>
                        </w:r>
                      </w:p>
                    </w:tc>
                  </w:tr>
                </w:tbl>
                <w:p w:rsidRPr="00DC4522" w:rsidR="003A2289" w:rsidP="008E6926" w:rsidRDefault="001C5443" w14:paraId="0CAAC149" w14:textId="77777777">
                  <w:pPr>
                    <w:spacing w:after="20"/>
                    <w:ind w:right="173"/>
                    <w:rPr>
                      <w:rFonts w:ascii="Outfit" w:hAnsi="Outfit"/>
                    </w:rPr>
                  </w:pPr>
                  <w:r w:rsidRPr="00DC4522">
                    <w:rPr>
                      <w:rFonts w:ascii="Outfit" w:hAnsi="Outfit"/>
                      <w:sz w:val="14"/>
                    </w:rPr>
                    <w:t>I confirm that all of my answers have been typed and submitted through ELE.</w:t>
                  </w:r>
                </w:p>
                <w:p w:rsidRPr="00DC4522" w:rsidR="003A2289" w:rsidP="008E6926" w:rsidRDefault="001C5443" w14:paraId="0DC5C558" w14:textId="77777777">
                  <w:pPr>
                    <w:spacing w:after="20"/>
                    <w:ind w:right="173"/>
                    <w:rPr>
                      <w:rFonts w:ascii="Outfit" w:hAnsi="Outfit"/>
                    </w:rPr>
                  </w:pPr>
                  <w:r w:rsidRPr="00DC4522">
                    <w:rPr>
                      <w:rFonts w:ascii="Outfit" w:hAnsi="Outfit"/>
                      <w:b/>
                      <w:sz w:val="14"/>
                    </w:rPr>
                    <w:t>No handwritten answers have been submitted to the invigilator.</w:t>
                  </w:r>
                </w:p>
              </w:tc>
            </w:tr>
          </w:tbl>
          <w:p w:rsidRPr="00DC4522" w:rsidR="003A2289" w:rsidRDefault="003A2289" w14:paraId="1ACA55C0" w14:textId="77777777">
            <w:pPr>
              <w:rPr>
                <w:rFonts w:ascii="Outfit" w:hAnsi="Outfit"/>
              </w:rPr>
            </w:pPr>
          </w:p>
          <w:p w:rsidRPr="00DC4522" w:rsidR="003A2289" w:rsidRDefault="003A2289" w14:paraId="5F48646A" w14:textId="77777777">
            <w:pPr>
              <w:spacing w:after="0"/>
              <w:rPr>
                <w:rFonts w:ascii="Outfit" w:hAnsi="Outfit"/>
              </w:rPr>
            </w:pPr>
          </w:p>
          <w:tbl>
            <w:tblPr>
              <w:tblW w:w="0" w:type="auto"/>
              <w:tblBorders>
                <w:top w:val="single" w:color="5D858A" w:sz="7" w:space="0"/>
                <w:left w:val="single" w:color="5D858A" w:sz="7" w:space="0"/>
                <w:bottom w:val="single" w:color="5D858A" w:sz="7" w:space="0"/>
                <w:right w:val="single" w:color="5D858A" w:sz="7" w:space="0"/>
                <w:insideH w:val="single" w:color="5D858A" w:sz="7" w:space="0"/>
                <w:insideV w:val="single" w:color="5D858A" w:sz="7" w:space="0"/>
              </w:tblBorders>
              <w:tblLook w:val="04A0" w:firstRow="1" w:lastRow="0" w:firstColumn="1" w:lastColumn="0" w:noHBand="0" w:noVBand="1"/>
            </w:tblPr>
            <w:tblGrid>
              <w:gridCol w:w="4608"/>
            </w:tblGrid>
            <w:tr w:rsidRPr="00DC4522" w:rsidR="003A2289" w:rsidTr="3E89BE8C" w14:paraId="3BAA7F32" w14:textId="77777777">
              <w:tc>
                <w:tcPr>
                  <w:tcW w:w="460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Pr="00DC4522" w:rsidR="003A2289" w:rsidRDefault="003A2289" w14:paraId="77412327" w14:textId="77777777">
                  <w:pPr>
                    <w:rPr>
                      <w:rFonts w:ascii="Outfit" w:hAnsi="Outfit"/>
                    </w:rPr>
                  </w:pPr>
                </w:p>
                <w:tbl>
                  <w:tblPr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91"/>
                    <w:gridCol w:w="3571"/>
                  </w:tblGrid>
                  <w:tr w:rsidRPr="00DC4522" w:rsidR="003A2289" w:rsidTr="3E89BE8C" w14:paraId="6068981A" w14:textId="77777777">
                    <w:tc>
                      <w:tcPr>
                        <w:tcW w:w="691" w:type="dxa"/>
                        <w:tcMar/>
                      </w:tcPr>
                      <w:sdt>
                        <w:sdtPr>
                          <w:rPr>
                            <w:rFonts w:ascii="Segoe UI Symbol" w:hAnsi="Segoe UI Symbol" w:cs="Segoe UI Symbol"/>
                            <w:sz w:val="38"/>
                            <w:szCs w:val="38"/>
                          </w:rPr>
                          <w:id w:val="-43598644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p w:rsidRPr="00DC4522" w:rsidR="003A2289" w:rsidRDefault="008E6926" w14:paraId="18EE778C" w14:textId="72BFF0EE">
                            <w:pPr>
                              <w:jc w:val="center"/>
                              <w:rPr>
                                <w:rFonts w:ascii="Outfit" w:hAnsi="Outfit"/>
                              </w:rPr>
                            </w:pPr>
                            <w:r w:rsidRPr="3E89BE8C" w:rsidR="64C8A946">
                              <w:rPr>
                                <w:rFonts w:ascii="MS Gothic" w:hAnsi="MS Gothic" w:eastAsia="MS Gothic" w:cs="MS Gothic"/>
                                <w:sz w:val="38"/>
                                <w:szCs w:val="38"/>
                              </w:rPr>
                              <w:t>☐</w:t>
                            </w:r>
                          </w:p>
                        </w:sdtContent>
                        <w:sdtEndPr>
                          <w:rPr>
                            <w:rFonts w:ascii="Segoe UI Symbol" w:hAnsi="Segoe UI Symbol" w:cs="Segoe UI Symbol"/>
                            <w:sz w:val="38"/>
                            <w:szCs w:val="38"/>
                          </w:rPr>
                        </w:sdtEndPr>
                      </w:sdt>
                    </w:tc>
                    <w:tc>
                      <w:tcPr>
                        <w:tcW w:w="3571" w:type="dxa"/>
                        <w:shd w:val="clear" w:color="auto" w:fill="C6EAF8"/>
                        <w:tcMar>
                          <w:top w:w="50" w:type="dxa"/>
                          <w:left w:w="65" w:type="dxa"/>
                          <w:bottom w:w="50" w:type="dxa"/>
                          <w:right w:w="65" w:type="dxa"/>
                        </w:tcMar>
                      </w:tcPr>
                      <w:p w:rsidRPr="00DC4522" w:rsidR="003A2289" w:rsidRDefault="001C5443" w14:paraId="0F6CEA63" w14:textId="77777777">
                        <w:pPr>
                          <w:rPr>
                            <w:rFonts w:ascii="Outfit" w:hAnsi="Outfit"/>
                          </w:rPr>
                        </w:pPr>
                        <w:r w:rsidRPr="00DC4522">
                          <w:rPr>
                            <w:rFonts w:ascii="Outfit" w:hAnsi="Outfit"/>
                            <w:b/>
                            <w:sz w:val="19"/>
                          </w:rPr>
                          <w:t>2. TYPED AND HANDWRITTEN</w:t>
                        </w:r>
                      </w:p>
                    </w:tc>
                  </w:tr>
                </w:tbl>
                <w:p w:rsidRPr="00DC4522" w:rsidR="003A2289" w:rsidP="008E6926" w:rsidRDefault="001C5443" w14:paraId="41A75D1E" w14:textId="77777777">
                  <w:pPr>
                    <w:spacing w:after="20"/>
                    <w:ind w:right="173"/>
                    <w:rPr>
                      <w:rFonts w:ascii="Outfit" w:hAnsi="Outfit"/>
                    </w:rPr>
                  </w:pPr>
                  <w:r w:rsidRPr="00DC4522">
                    <w:rPr>
                      <w:rFonts w:ascii="Outfit" w:hAnsi="Outfit"/>
                      <w:sz w:val="14"/>
                    </w:rPr>
                    <w:t>I confirm that:</w:t>
                  </w:r>
                </w:p>
                <w:p w:rsidRPr="00DC4522" w:rsidR="003A2289" w:rsidRDefault="001C5443" w14:paraId="4CAC2F13" w14:textId="77777777">
                  <w:pPr>
                    <w:spacing w:after="20"/>
                    <w:ind w:left="504" w:right="173"/>
                    <w:rPr>
                      <w:rFonts w:ascii="Outfit" w:hAnsi="Outfit"/>
                    </w:rPr>
                  </w:pPr>
                  <w:r w:rsidRPr="00DC4522">
                    <w:rPr>
                      <w:rFonts w:ascii="Outfit" w:hAnsi="Outfit"/>
                      <w:sz w:val="14"/>
                    </w:rPr>
                    <w:t>• my typed answers have been submitted through ELE; and</w:t>
                  </w:r>
                </w:p>
                <w:p w:rsidRPr="00DC4522" w:rsidR="003A2289" w:rsidRDefault="001C5443" w14:paraId="0496CA51" w14:textId="77777777">
                  <w:pPr>
                    <w:spacing w:after="20"/>
                    <w:ind w:left="504" w:right="173"/>
                    <w:rPr>
                      <w:rFonts w:ascii="Outfit" w:hAnsi="Outfit"/>
                    </w:rPr>
                  </w:pPr>
                  <w:r w:rsidRPr="00DC4522">
                    <w:rPr>
                      <w:rFonts w:ascii="Outfit" w:hAnsi="Outfit"/>
                      <w:sz w:val="14"/>
                    </w:rPr>
                    <w:t>• my handwritten answers have been submitted to the invigilator.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608"/>
                  </w:tblGrid>
                  <w:tr w:rsidRPr="00DC4522" w:rsidR="003A2289" w14:paraId="6464A4AE" w14:textId="77777777">
                    <w:tc>
                      <w:tcPr>
                        <w:tcW w:w="4608" w:type="dxa"/>
                        <w:shd w:val="clear" w:color="auto" w:fill="C6EAF8"/>
                        <w:tcMar>
                          <w:top w:w="55" w:type="dxa"/>
                          <w:left w:w="65" w:type="dxa"/>
                          <w:bottom w:w="55" w:type="dxa"/>
                          <w:right w:w="65" w:type="dxa"/>
                        </w:tcMar>
                      </w:tcPr>
                      <w:p w:rsidRPr="00DC4522" w:rsidR="003A2289" w:rsidRDefault="001C5443" w14:paraId="27DC33CF" w14:textId="77777777">
                        <w:pPr>
                          <w:rPr>
                            <w:rFonts w:ascii="Outfit" w:hAnsi="Outfit"/>
                          </w:rPr>
                        </w:pPr>
                        <w:r w:rsidRPr="00DC4522">
                          <w:rPr>
                            <w:rFonts w:ascii="Outfit" w:hAnsi="Outfit"/>
                            <w:b/>
                          </w:rPr>
                          <w:t>IMPORTANT FOR MARKERS:</w:t>
                        </w:r>
                      </w:p>
                      <w:p w:rsidRPr="00DC4522" w:rsidR="003A2289" w:rsidRDefault="001C5443" w14:paraId="45BC5062" w14:textId="77777777">
                        <w:pPr>
                          <w:spacing w:after="0"/>
                          <w:rPr>
                            <w:rFonts w:ascii="Outfit" w:hAnsi="Outfit"/>
                          </w:rPr>
                        </w:pPr>
                        <w:r w:rsidRPr="00DC4522">
                          <w:rPr>
                            <w:rFonts w:ascii="Outfit" w:hAnsi="Outfit"/>
                            <w:sz w:val="14"/>
                          </w:rPr>
                          <w:t>This examination has been completed using TWO methods. Please ensure that both the ELE submission AND the handwritten script are marked.</w:t>
                        </w:r>
                      </w:p>
                    </w:tc>
                  </w:tr>
                </w:tbl>
                <w:p w:rsidRPr="00DC4522" w:rsidR="003A2289" w:rsidRDefault="003A2289" w14:paraId="040E8254" w14:textId="77777777">
                  <w:pPr>
                    <w:rPr>
                      <w:rFonts w:ascii="Outfit" w:hAnsi="Outfit"/>
                    </w:rPr>
                  </w:pPr>
                </w:p>
              </w:tc>
            </w:tr>
          </w:tbl>
          <w:p w:rsidRPr="00DC4522" w:rsidR="003A2289" w:rsidRDefault="003A2289" w14:paraId="16DE813A" w14:textId="77777777">
            <w:pPr>
              <w:rPr>
                <w:rFonts w:ascii="Outfit" w:hAnsi="Outfit"/>
              </w:rPr>
            </w:pPr>
          </w:p>
          <w:p w:rsidRPr="00DC4522" w:rsidR="003A2289" w:rsidRDefault="003A2289" w14:paraId="71103C4C" w14:textId="77777777">
            <w:pPr>
              <w:spacing w:after="0"/>
              <w:rPr>
                <w:rFonts w:ascii="Outfit" w:hAnsi="Outfit"/>
              </w:rPr>
            </w:pPr>
          </w:p>
          <w:tbl>
            <w:tblPr>
              <w:tblW w:w="0" w:type="auto"/>
              <w:tblBorders>
                <w:top w:val="single" w:color="5D858A" w:sz="7" w:space="0"/>
                <w:left w:val="single" w:color="5D858A" w:sz="7" w:space="0"/>
                <w:bottom w:val="single" w:color="5D858A" w:sz="7" w:space="0"/>
                <w:right w:val="single" w:color="5D858A" w:sz="7" w:space="0"/>
                <w:insideH w:val="single" w:color="5D858A" w:sz="7" w:space="0"/>
                <w:insideV w:val="single" w:color="5D858A" w:sz="7" w:space="0"/>
              </w:tblBorders>
              <w:tblLook w:val="04A0" w:firstRow="1" w:lastRow="0" w:firstColumn="1" w:lastColumn="0" w:noHBand="0" w:noVBand="1"/>
            </w:tblPr>
            <w:tblGrid>
              <w:gridCol w:w="4608"/>
            </w:tblGrid>
            <w:tr w:rsidRPr="00DC4522" w:rsidR="003A2289" w:rsidTr="3E89BE8C" w14:paraId="53858DA0" w14:textId="77777777">
              <w:tc>
                <w:tcPr>
                  <w:tcW w:w="460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Pr="00DC4522" w:rsidR="003A2289" w:rsidRDefault="003A2289" w14:paraId="16E63296" w14:textId="77777777">
                  <w:pPr>
                    <w:rPr>
                      <w:rFonts w:ascii="Outfit" w:hAnsi="Outfit"/>
                    </w:rPr>
                  </w:pPr>
                </w:p>
                <w:tbl>
                  <w:tblPr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91"/>
                    <w:gridCol w:w="3571"/>
                  </w:tblGrid>
                  <w:tr w:rsidRPr="00DC4522" w:rsidR="003A2289" w:rsidTr="3E89BE8C" w14:paraId="407E422A" w14:textId="77777777">
                    <w:tc>
                      <w:tcPr>
                        <w:tcW w:w="691" w:type="dxa"/>
                        <w:tcMar/>
                      </w:tcPr>
                      <w:sdt>
                        <w:sdtPr>
                          <w:id w:val="-88309827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  <w:rPr>
                            <w:rFonts w:ascii="Segoe UI Symbol" w:hAnsi="Segoe UI Symbol" w:cs="Segoe UI Symbol"/>
                            <w:sz w:val="38"/>
                            <w:szCs w:val="38"/>
                          </w:rPr>
                        </w:sdtPr>
                        <w:sdtContent>
                          <w:p w:rsidRPr="00DC4522" w:rsidR="003A2289" w:rsidRDefault="008E6926" w14:paraId="182F6B74" w14:textId="6FF2B6FA">
                            <w:pPr>
                              <w:jc w:val="center"/>
                              <w:rPr>
                                <w:rFonts w:ascii="Outfit" w:hAnsi="Outfit"/>
                              </w:rPr>
                            </w:pPr>
                            <w:r w:rsidRPr="3E89BE8C" w:rsidR="1FFC4C3B">
                              <w:rPr>
                                <w:rFonts w:ascii="MS Gothic" w:hAnsi="MS Gothic" w:eastAsia="MS Gothic" w:cs="MS Gothic"/>
                                <w:sz w:val="38"/>
                                <w:szCs w:val="38"/>
                              </w:rPr>
                              <w:t>☐</w:t>
                            </w:r>
                          </w:p>
                        </w:sdtContent>
                        <w:sdtEndPr>
                          <w:rPr>
                            <w:rFonts w:ascii="Segoe UI Symbol" w:hAnsi="Segoe UI Symbol" w:cs="Segoe UI Symbol"/>
                            <w:sz w:val="38"/>
                            <w:szCs w:val="38"/>
                          </w:rPr>
                        </w:sdtEndPr>
                      </w:sdt>
                    </w:tc>
                    <w:tc>
                      <w:tcPr>
                        <w:tcW w:w="3571" w:type="dxa"/>
                        <w:shd w:val="clear" w:color="auto" w:fill="C6EAF8"/>
                        <w:tcMar>
                          <w:top w:w="50" w:type="dxa"/>
                          <w:left w:w="65" w:type="dxa"/>
                          <w:bottom w:w="50" w:type="dxa"/>
                          <w:right w:w="65" w:type="dxa"/>
                        </w:tcMar>
                      </w:tcPr>
                      <w:p w:rsidRPr="00DC4522" w:rsidR="003A2289" w:rsidRDefault="001C5443" w14:paraId="6E39F523" w14:textId="77777777">
                        <w:pPr>
                          <w:rPr>
                            <w:rFonts w:ascii="Outfit" w:hAnsi="Outfit"/>
                          </w:rPr>
                        </w:pPr>
                        <w:r w:rsidRPr="00DC4522">
                          <w:rPr>
                            <w:rFonts w:ascii="Outfit" w:hAnsi="Outfit"/>
                            <w:b/>
                            <w:sz w:val="19"/>
                          </w:rPr>
                          <w:t>3. HANDWRITTEN ONLY</w:t>
                        </w:r>
                      </w:p>
                    </w:tc>
                  </w:tr>
                </w:tbl>
                <w:p w:rsidRPr="00DC4522" w:rsidR="003A2289" w:rsidP="008E6926" w:rsidRDefault="001C5443" w14:paraId="61BD83F9" w14:textId="77777777">
                  <w:pPr>
                    <w:spacing w:after="20"/>
                    <w:ind w:right="173"/>
                    <w:rPr>
                      <w:rFonts w:ascii="Outfit" w:hAnsi="Outfit"/>
                    </w:rPr>
                  </w:pPr>
                  <w:r w:rsidRPr="00DC4522">
                    <w:rPr>
                      <w:rFonts w:ascii="Outfit" w:hAnsi="Outfit"/>
                      <w:sz w:val="14"/>
                    </w:rPr>
                    <w:t>I am an ILP computer user but have chosen to handwrite my answers.</w:t>
                  </w:r>
                </w:p>
                <w:p w:rsidRPr="00DC4522" w:rsidR="003A2289" w:rsidRDefault="001C5443" w14:paraId="3E7CE32A" w14:textId="77777777">
                  <w:pPr>
                    <w:spacing w:after="20"/>
                    <w:ind w:left="504" w:right="173"/>
                    <w:rPr>
                      <w:rFonts w:ascii="Outfit" w:hAnsi="Outfit"/>
                    </w:rPr>
                  </w:pPr>
                  <w:r w:rsidRPr="00DC4522">
                    <w:rPr>
                      <w:rFonts w:ascii="Outfit" w:hAnsi="Outfit"/>
                      <w:sz w:val="14"/>
                    </w:rPr>
                    <w:t>I confirm that:</w:t>
                  </w:r>
                </w:p>
                <w:p w:rsidRPr="00DC4522" w:rsidR="003A2289" w:rsidRDefault="001C5443" w14:paraId="582397D3" w14:textId="77777777">
                  <w:pPr>
                    <w:spacing w:after="20"/>
                    <w:ind w:left="504" w:right="173"/>
                    <w:rPr>
                      <w:rFonts w:ascii="Outfit" w:hAnsi="Outfit"/>
                    </w:rPr>
                  </w:pPr>
                  <w:r w:rsidRPr="6CF1D8FD">
                    <w:rPr>
                      <w:rFonts w:ascii="Outfit" w:hAnsi="Outfit"/>
                      <w:sz w:val="14"/>
                      <w:szCs w:val="14"/>
                    </w:rPr>
                    <w:t>• I have not submitted any answers through ELE; and</w:t>
                  </w:r>
                </w:p>
                <w:p w:rsidRPr="00DC4522" w:rsidR="003A2289" w:rsidP="4CC69E16" w:rsidRDefault="001C5443" w14:paraId="68846420" w14:textId="3940BF23">
                  <w:pPr>
                    <w:spacing w:after="20"/>
                    <w:ind w:right="173"/>
                    <w:rPr>
                      <w:rFonts w:ascii="Outfit" w:hAnsi="Outfit"/>
                    </w:rPr>
                  </w:pPr>
                  <w:r w:rsidRPr="6CF1D8FD">
                    <w:rPr>
                      <w:rFonts w:ascii="Outfit" w:hAnsi="Outfit"/>
                      <w:sz w:val="14"/>
                      <w:szCs w:val="14"/>
                    </w:rPr>
                    <w:t>all of my answers have been handwritten and submitted to the invigilator</w:t>
                  </w:r>
                  <w:r w:rsidRPr="6CF1D8FD" w:rsidR="03CEB069">
                    <w:rPr>
                      <w:rFonts w:ascii="Outfit" w:hAnsi="Outfit"/>
                      <w:sz w:val="14"/>
                      <w:szCs w:val="14"/>
                    </w:rPr>
                    <w:t xml:space="preserve">. 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608"/>
                  </w:tblGrid>
                  <w:tr w:rsidRPr="00DC4522" w:rsidR="003A2289" w14:paraId="5704DA13" w14:textId="77777777">
                    <w:tc>
                      <w:tcPr>
                        <w:tcW w:w="4608" w:type="dxa"/>
                        <w:shd w:val="clear" w:color="auto" w:fill="C6EAF8"/>
                        <w:tcMar>
                          <w:top w:w="55" w:type="dxa"/>
                          <w:left w:w="65" w:type="dxa"/>
                          <w:bottom w:w="55" w:type="dxa"/>
                          <w:right w:w="65" w:type="dxa"/>
                        </w:tcMar>
                      </w:tcPr>
                      <w:p w:rsidRPr="00DC4522" w:rsidR="003A2289" w:rsidP="00DC4522" w:rsidRDefault="001C5443" w14:paraId="796FF487" w14:textId="08CC8E20">
                        <w:pPr>
                          <w:rPr>
                            <w:rFonts w:ascii="Outfit" w:hAnsi="Outfit"/>
                            <w:sz w:val="14"/>
                            <w:szCs w:val="14"/>
                          </w:rPr>
                        </w:pPr>
                        <w:r w:rsidRPr="470C71D5">
                          <w:rPr>
                            <w:rFonts w:ascii="Outfit" w:hAnsi="Outfit"/>
                            <w:b/>
                            <w:bCs/>
                          </w:rPr>
                          <w:t>IMPORTANT FOR MARKERS:</w:t>
                        </w:r>
                        <w:r w:rsidRPr="470C71D5" w:rsidR="00DC4522">
                          <w:rPr>
                            <w:rFonts w:ascii="Outfit" w:hAnsi="Outfit"/>
                            <w:b/>
                            <w:bCs/>
                          </w:rPr>
                          <w:t xml:space="preserve"> </w:t>
                        </w:r>
                        <w:r w:rsidRPr="1CB78B77" w:rsidR="00DC4522">
                          <w:rPr>
                            <w:rFonts w:ascii="Outfit" w:hAnsi="Outfit"/>
                            <w:sz w:val="14"/>
                            <w:szCs w:val="14"/>
                          </w:rPr>
                          <w:t>. All answers are contained within the handwritten script</w:t>
                        </w:r>
                        <w:r w:rsidRPr="5609CAC1" w:rsidR="74A6D8E3">
                          <w:rPr>
                            <w:rFonts w:ascii="Outfit" w:hAnsi="Outfit"/>
                            <w:sz w:val="14"/>
                            <w:szCs w:val="14"/>
                          </w:rPr>
                          <w:t xml:space="preserve">. </w:t>
                        </w:r>
                      </w:p>
                    </w:tc>
                  </w:tr>
                </w:tbl>
                <w:p w:rsidRPr="00DC4522" w:rsidR="003A2289" w:rsidRDefault="003A2289" w14:paraId="702EEEA1" w14:textId="77777777">
                  <w:pPr>
                    <w:rPr>
                      <w:rFonts w:ascii="Outfit" w:hAnsi="Outfit"/>
                    </w:rPr>
                  </w:pPr>
                </w:p>
              </w:tc>
            </w:tr>
          </w:tbl>
          <w:p w:rsidRPr="00DC4522" w:rsidR="003A2289" w:rsidRDefault="003A2289" w14:paraId="459705C5" w14:textId="77777777">
            <w:pPr>
              <w:rPr>
                <w:rFonts w:ascii="Outfit" w:hAnsi="Outfit"/>
              </w:rPr>
            </w:pPr>
          </w:p>
        </w:tc>
      </w:tr>
    </w:tbl>
    <w:p w:rsidR="001C5443" w:rsidRDefault="001C5443" w14:paraId="22E1604E" w14:textId="77777777"/>
    <w:sectPr w:rsidR="001C5443" w:rsidSect="00034616">
      <w:pgSz w:w="12240" w:h="15840" w:orient="portrait"/>
      <w:pgMar w:top="230" w:right="360" w:bottom="23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Outfit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738867563">
    <w:abstractNumId w:val="8"/>
  </w:num>
  <w:num w:numId="2" w16cid:durableId="940455040">
    <w:abstractNumId w:val="6"/>
  </w:num>
  <w:num w:numId="3" w16cid:durableId="1683974493">
    <w:abstractNumId w:val="5"/>
  </w:num>
  <w:num w:numId="4" w16cid:durableId="109906487">
    <w:abstractNumId w:val="4"/>
  </w:num>
  <w:num w:numId="5" w16cid:durableId="236325587">
    <w:abstractNumId w:val="7"/>
  </w:num>
  <w:num w:numId="6" w16cid:durableId="1126771593">
    <w:abstractNumId w:val="3"/>
  </w:num>
  <w:num w:numId="7" w16cid:durableId="1597980046">
    <w:abstractNumId w:val="2"/>
  </w:num>
  <w:num w:numId="8" w16cid:durableId="416098501">
    <w:abstractNumId w:val="1"/>
  </w:num>
  <w:num w:numId="9" w16cid:durableId="157963242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C94"/>
    <w:rsid w:val="00094C9B"/>
    <w:rsid w:val="000B00A7"/>
    <w:rsid w:val="000D3F27"/>
    <w:rsid w:val="000F08CF"/>
    <w:rsid w:val="0013067C"/>
    <w:rsid w:val="0015074B"/>
    <w:rsid w:val="00160D23"/>
    <w:rsid w:val="00167FB6"/>
    <w:rsid w:val="0017316D"/>
    <w:rsid w:val="00185054"/>
    <w:rsid w:val="001C5443"/>
    <w:rsid w:val="001E65F7"/>
    <w:rsid w:val="001F5737"/>
    <w:rsid w:val="001F72B1"/>
    <w:rsid w:val="002176E8"/>
    <w:rsid w:val="0025565F"/>
    <w:rsid w:val="00266503"/>
    <w:rsid w:val="0029639D"/>
    <w:rsid w:val="002B2166"/>
    <w:rsid w:val="002B574F"/>
    <w:rsid w:val="002C12C4"/>
    <w:rsid w:val="002D37C3"/>
    <w:rsid w:val="002E1D3C"/>
    <w:rsid w:val="002F0AE2"/>
    <w:rsid w:val="00301979"/>
    <w:rsid w:val="00302011"/>
    <w:rsid w:val="003160C6"/>
    <w:rsid w:val="00322EB9"/>
    <w:rsid w:val="00326F90"/>
    <w:rsid w:val="00327BAA"/>
    <w:rsid w:val="0035058F"/>
    <w:rsid w:val="0035779B"/>
    <w:rsid w:val="003A0678"/>
    <w:rsid w:val="003A2289"/>
    <w:rsid w:val="003B11CB"/>
    <w:rsid w:val="003B48BB"/>
    <w:rsid w:val="003F5514"/>
    <w:rsid w:val="00407B7F"/>
    <w:rsid w:val="00477B6C"/>
    <w:rsid w:val="00480A12"/>
    <w:rsid w:val="004A09DF"/>
    <w:rsid w:val="004B05EF"/>
    <w:rsid w:val="004E0AEB"/>
    <w:rsid w:val="004E4058"/>
    <w:rsid w:val="004E5F80"/>
    <w:rsid w:val="0053419A"/>
    <w:rsid w:val="005552D2"/>
    <w:rsid w:val="0057123D"/>
    <w:rsid w:val="005B3E64"/>
    <w:rsid w:val="005F7303"/>
    <w:rsid w:val="00622AA6"/>
    <w:rsid w:val="006345A9"/>
    <w:rsid w:val="00655C3F"/>
    <w:rsid w:val="0068551A"/>
    <w:rsid w:val="00696DA5"/>
    <w:rsid w:val="006A6128"/>
    <w:rsid w:val="006F6C75"/>
    <w:rsid w:val="00701230"/>
    <w:rsid w:val="00713CB3"/>
    <w:rsid w:val="00725A32"/>
    <w:rsid w:val="007374D9"/>
    <w:rsid w:val="007428B2"/>
    <w:rsid w:val="00745581"/>
    <w:rsid w:val="007510D4"/>
    <w:rsid w:val="0077043C"/>
    <w:rsid w:val="007D12C3"/>
    <w:rsid w:val="0081601B"/>
    <w:rsid w:val="00831082"/>
    <w:rsid w:val="008623AE"/>
    <w:rsid w:val="00865F05"/>
    <w:rsid w:val="00871228"/>
    <w:rsid w:val="00882F54"/>
    <w:rsid w:val="00886611"/>
    <w:rsid w:val="008A1ADD"/>
    <w:rsid w:val="008E087F"/>
    <w:rsid w:val="008E691A"/>
    <w:rsid w:val="008E6926"/>
    <w:rsid w:val="008F567D"/>
    <w:rsid w:val="00905A96"/>
    <w:rsid w:val="00910F41"/>
    <w:rsid w:val="009157EB"/>
    <w:rsid w:val="00926BB0"/>
    <w:rsid w:val="00933AF4"/>
    <w:rsid w:val="00945947"/>
    <w:rsid w:val="00952CCC"/>
    <w:rsid w:val="00960E0A"/>
    <w:rsid w:val="00986021"/>
    <w:rsid w:val="00987B3B"/>
    <w:rsid w:val="0099127E"/>
    <w:rsid w:val="00993DCC"/>
    <w:rsid w:val="00994B6F"/>
    <w:rsid w:val="009C4EF6"/>
    <w:rsid w:val="009C5674"/>
    <w:rsid w:val="009D3FD2"/>
    <w:rsid w:val="009E4CA8"/>
    <w:rsid w:val="009F4E40"/>
    <w:rsid w:val="009F5DE3"/>
    <w:rsid w:val="009F5ED7"/>
    <w:rsid w:val="00A150EE"/>
    <w:rsid w:val="00A308D7"/>
    <w:rsid w:val="00A81B8F"/>
    <w:rsid w:val="00A82AD7"/>
    <w:rsid w:val="00A86149"/>
    <w:rsid w:val="00A96A65"/>
    <w:rsid w:val="00AA1D8D"/>
    <w:rsid w:val="00AD51F1"/>
    <w:rsid w:val="00AE02AE"/>
    <w:rsid w:val="00AF7860"/>
    <w:rsid w:val="00B06191"/>
    <w:rsid w:val="00B149D1"/>
    <w:rsid w:val="00B376BD"/>
    <w:rsid w:val="00B47730"/>
    <w:rsid w:val="00B71A15"/>
    <w:rsid w:val="00B76212"/>
    <w:rsid w:val="00B834CC"/>
    <w:rsid w:val="00B911C0"/>
    <w:rsid w:val="00B91F2F"/>
    <w:rsid w:val="00BC3277"/>
    <w:rsid w:val="00BD60A2"/>
    <w:rsid w:val="00C15FD2"/>
    <w:rsid w:val="00C65693"/>
    <w:rsid w:val="00C834B1"/>
    <w:rsid w:val="00C878F5"/>
    <w:rsid w:val="00CB0664"/>
    <w:rsid w:val="00CD2AD3"/>
    <w:rsid w:val="00CE6815"/>
    <w:rsid w:val="00D26630"/>
    <w:rsid w:val="00D306C3"/>
    <w:rsid w:val="00D50C2A"/>
    <w:rsid w:val="00D64C1A"/>
    <w:rsid w:val="00D71FAC"/>
    <w:rsid w:val="00D91790"/>
    <w:rsid w:val="00DA255D"/>
    <w:rsid w:val="00DB2E6D"/>
    <w:rsid w:val="00DC4522"/>
    <w:rsid w:val="00DC5826"/>
    <w:rsid w:val="00DD0E49"/>
    <w:rsid w:val="00E72735"/>
    <w:rsid w:val="00E935C9"/>
    <w:rsid w:val="00E97C03"/>
    <w:rsid w:val="00EC3E03"/>
    <w:rsid w:val="00EE17D4"/>
    <w:rsid w:val="00EF5F9B"/>
    <w:rsid w:val="00F26E9A"/>
    <w:rsid w:val="00F42992"/>
    <w:rsid w:val="00F567C1"/>
    <w:rsid w:val="00F81D7D"/>
    <w:rsid w:val="00F853B4"/>
    <w:rsid w:val="00FA0B94"/>
    <w:rsid w:val="00FC4690"/>
    <w:rsid w:val="00FC693F"/>
    <w:rsid w:val="00FE2AB0"/>
    <w:rsid w:val="00FF79CB"/>
    <w:rsid w:val="01927ED3"/>
    <w:rsid w:val="0311EC84"/>
    <w:rsid w:val="03CEB069"/>
    <w:rsid w:val="04C17905"/>
    <w:rsid w:val="0EF6B3C5"/>
    <w:rsid w:val="0FF1AAB5"/>
    <w:rsid w:val="11048193"/>
    <w:rsid w:val="12AAB5C0"/>
    <w:rsid w:val="1408E26D"/>
    <w:rsid w:val="16F43356"/>
    <w:rsid w:val="1BA5D70D"/>
    <w:rsid w:val="1CB78B77"/>
    <w:rsid w:val="1CE90199"/>
    <w:rsid w:val="1FFC4C3B"/>
    <w:rsid w:val="201CFEFD"/>
    <w:rsid w:val="2062693D"/>
    <w:rsid w:val="21D29BAA"/>
    <w:rsid w:val="21D84297"/>
    <w:rsid w:val="229FD8AC"/>
    <w:rsid w:val="25261EBD"/>
    <w:rsid w:val="25B808EB"/>
    <w:rsid w:val="27577417"/>
    <w:rsid w:val="2810B95B"/>
    <w:rsid w:val="2879E1FD"/>
    <w:rsid w:val="2906BCA7"/>
    <w:rsid w:val="29C9A198"/>
    <w:rsid w:val="3073DD27"/>
    <w:rsid w:val="31A172F9"/>
    <w:rsid w:val="3461390F"/>
    <w:rsid w:val="3510F467"/>
    <w:rsid w:val="37752DE8"/>
    <w:rsid w:val="38FA5EAC"/>
    <w:rsid w:val="39AA39B7"/>
    <w:rsid w:val="3AA7663A"/>
    <w:rsid w:val="3BC7A4B8"/>
    <w:rsid w:val="3E89BE8C"/>
    <w:rsid w:val="40F939FF"/>
    <w:rsid w:val="416E9A23"/>
    <w:rsid w:val="42B1FBA5"/>
    <w:rsid w:val="43981AC9"/>
    <w:rsid w:val="45B44C29"/>
    <w:rsid w:val="470C71D5"/>
    <w:rsid w:val="47EEC23D"/>
    <w:rsid w:val="482643D3"/>
    <w:rsid w:val="4AD7D267"/>
    <w:rsid w:val="4CC69E16"/>
    <w:rsid w:val="50234481"/>
    <w:rsid w:val="50E31941"/>
    <w:rsid w:val="52F47D22"/>
    <w:rsid w:val="531F3388"/>
    <w:rsid w:val="54737841"/>
    <w:rsid w:val="5609CAC1"/>
    <w:rsid w:val="5A380D53"/>
    <w:rsid w:val="5B30CE8E"/>
    <w:rsid w:val="5C4039BA"/>
    <w:rsid w:val="5E3B4589"/>
    <w:rsid w:val="5F6B45B8"/>
    <w:rsid w:val="634868BC"/>
    <w:rsid w:val="64C8A946"/>
    <w:rsid w:val="66D78C7C"/>
    <w:rsid w:val="6B20482C"/>
    <w:rsid w:val="6CF1D8FD"/>
    <w:rsid w:val="6D99500C"/>
    <w:rsid w:val="70BFD29F"/>
    <w:rsid w:val="711F5F54"/>
    <w:rsid w:val="717A9A11"/>
    <w:rsid w:val="71EC188B"/>
    <w:rsid w:val="723F94C3"/>
    <w:rsid w:val="7371BF93"/>
    <w:rsid w:val="74880701"/>
    <w:rsid w:val="74A6D8E3"/>
    <w:rsid w:val="74CAF998"/>
    <w:rsid w:val="77825EC8"/>
    <w:rsid w:val="78FF0EAB"/>
    <w:rsid w:val="7B7F171F"/>
    <w:rsid w:val="7BAA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8E5F4B"/>
  <w14:defaultImageDpi w14:val="330"/>
  <w15:docId w15:val="{56959BED-BB35-4AEB-A561-0A9F9A0BE0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903B80303A643B649A13AFBAA030A" ma:contentTypeVersion="11" ma:contentTypeDescription="Create a new document." ma:contentTypeScope="" ma:versionID="ed69b2b0dbcd410d5970509066634845">
  <xsd:schema xmlns:xsd="http://www.w3.org/2001/XMLSchema" xmlns:xs="http://www.w3.org/2001/XMLSchema" xmlns:p="http://schemas.microsoft.com/office/2006/metadata/properties" xmlns:ns2="b9213872-2d43-4bd9-83e9-9f3ac0f60456" xmlns:ns3="394b1c30-dc1d-4c38-826b-28e891716adc" targetNamespace="http://schemas.microsoft.com/office/2006/metadata/properties" ma:root="true" ma:fieldsID="fd9f76ff96672d8370dc3411bea62a60" ns2:_="" ns3:_="">
    <xsd:import namespace="b9213872-2d43-4bd9-83e9-9f3ac0f60456"/>
    <xsd:import namespace="394b1c30-dc1d-4c38-826b-28e891716a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Note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213872-2d43-4bd9-83e9-9f3ac0f60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Notes" ma:index="17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b1c30-dc1d-4c38-826b-28e891716ad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b9213872-2d43-4bd9-83e9-9f3ac0f6045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B48D76-2951-4E9F-8581-5EABC785AF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213872-2d43-4bd9-83e9-9f3ac0f60456"/>
    <ds:schemaRef ds:uri="394b1c30-dc1d-4c38-826b-28e891716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5BDB63-99A8-492B-93E1-FA3280C2B58D}">
  <ds:schemaRefs>
    <ds:schemaRef ds:uri="http://schemas.microsoft.com/office/2006/metadata/properties"/>
    <ds:schemaRef ds:uri="http://schemas.microsoft.com/office/infopath/2007/PartnerControls"/>
    <ds:schemaRef ds:uri="b9213872-2d43-4bd9-83e9-9f3ac0f60456"/>
  </ds:schemaRefs>
</ds:datastoreItem>
</file>

<file path=customXml/itemProps4.xml><?xml version="1.0" encoding="utf-8"?>
<ds:datastoreItem xmlns:ds="http://schemas.openxmlformats.org/officeDocument/2006/customXml" ds:itemID="{A6BFCA9F-5D6B-49DB-8A58-1E9B621109B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Murphy, Kelly</lastModifiedBy>
  <revision>54</revision>
  <dcterms:created xsi:type="dcterms:W3CDTF">2026-10-02T15:42:00.0000000Z</dcterms:created>
  <dcterms:modified xsi:type="dcterms:W3CDTF">2026-10-06T10:34:36.3268872Z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0x010100BD5903B80303A643B649A13AFBAA030A</vt:lpwstr>
  </property>
</Properties>
</file>